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00100" w14:textId="41440638" w:rsidR="0018226E" w:rsidRPr="00961272" w:rsidRDefault="00000000">
      <w:pPr>
        <w:rPr>
          <w:b/>
          <w:bCs/>
          <w:sz w:val="32"/>
          <w:szCs w:val="32"/>
          <w:lang w:val="de-DE"/>
        </w:rPr>
      </w:pPr>
      <w:r w:rsidRPr="00961272">
        <w:rPr>
          <w:b/>
          <w:bCs/>
          <w:sz w:val="32"/>
          <w:szCs w:val="32"/>
          <w:lang w:val="de-DE"/>
        </w:rPr>
        <w:t xml:space="preserve"> Mie Nudeln</w:t>
      </w:r>
    </w:p>
    <w:p w14:paraId="75F84A15" w14:textId="790B3455" w:rsidR="00961272" w:rsidRPr="00961272" w:rsidRDefault="00961272">
      <w:pPr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3DE3A880" wp14:editId="06F4E879">
            <wp:extent cx="2343150" cy="2929751"/>
            <wp:effectExtent l="0" t="0" r="0" b="4445"/>
            <wp:docPr id="38449801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498019" name="Grafik 3844980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1811" cy="294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16"/>
        <w:gridCol w:w="4314"/>
      </w:tblGrid>
      <w:tr w:rsidR="00844565" w:rsidRPr="00961272" w14:paraId="643D6ED4" w14:textId="77777777" w:rsidTr="00844565">
        <w:tc>
          <w:tcPr>
            <w:tcW w:w="4316" w:type="dxa"/>
          </w:tcPr>
          <w:p w14:paraId="0DD1DBDA" w14:textId="77777777" w:rsidR="00844565" w:rsidRPr="00961272" w:rsidRDefault="00844565" w:rsidP="00844565">
            <w:pPr>
              <w:rPr>
                <w:lang w:val="de-DE"/>
              </w:rPr>
            </w:pPr>
            <w:r w:rsidRPr="00961272">
              <w:rPr>
                <w:lang w:val="de-DE"/>
              </w:rPr>
              <w:t>Champignons</w:t>
            </w:r>
          </w:p>
        </w:tc>
        <w:tc>
          <w:tcPr>
            <w:tcW w:w="4314" w:type="dxa"/>
          </w:tcPr>
          <w:p w14:paraId="46EBEF05" w14:textId="72FA713A" w:rsidR="00844565" w:rsidRPr="00961272" w:rsidRDefault="00844565" w:rsidP="00844565">
            <w:pPr>
              <w:rPr>
                <w:lang w:val="de-DE"/>
              </w:rPr>
            </w:pPr>
            <w:r w:rsidRPr="00961272">
              <w:rPr>
                <w:lang w:val="de-DE"/>
              </w:rPr>
              <w:t>Gemüsebrühe</w:t>
            </w:r>
          </w:p>
        </w:tc>
      </w:tr>
      <w:tr w:rsidR="00844565" w:rsidRPr="00961272" w14:paraId="1660B0C4" w14:textId="77777777" w:rsidTr="00844565">
        <w:tc>
          <w:tcPr>
            <w:tcW w:w="4316" w:type="dxa"/>
          </w:tcPr>
          <w:p w14:paraId="23D196F4" w14:textId="77777777" w:rsidR="00844565" w:rsidRPr="00961272" w:rsidRDefault="00844565" w:rsidP="00844565">
            <w:pPr>
              <w:rPr>
                <w:lang w:val="de-DE"/>
              </w:rPr>
            </w:pPr>
            <w:r w:rsidRPr="00961272">
              <w:rPr>
                <w:lang w:val="de-DE"/>
              </w:rPr>
              <w:t>Brokkoli</w:t>
            </w:r>
          </w:p>
        </w:tc>
        <w:tc>
          <w:tcPr>
            <w:tcW w:w="4314" w:type="dxa"/>
          </w:tcPr>
          <w:p w14:paraId="3A98E39C" w14:textId="0CD6B057" w:rsidR="00844565" w:rsidRPr="00961272" w:rsidRDefault="00844565" w:rsidP="00844565">
            <w:pPr>
              <w:rPr>
                <w:lang w:val="de-DE"/>
              </w:rPr>
            </w:pPr>
            <w:r w:rsidRPr="00961272">
              <w:rPr>
                <w:lang w:val="de-DE"/>
              </w:rPr>
              <w:t>Salz</w:t>
            </w:r>
          </w:p>
        </w:tc>
      </w:tr>
      <w:tr w:rsidR="00844565" w:rsidRPr="00961272" w14:paraId="22BCE922" w14:textId="77777777" w:rsidTr="00844565">
        <w:tc>
          <w:tcPr>
            <w:tcW w:w="4316" w:type="dxa"/>
          </w:tcPr>
          <w:p w14:paraId="166A018F" w14:textId="77777777" w:rsidR="00844565" w:rsidRPr="00961272" w:rsidRDefault="00844565" w:rsidP="00844565">
            <w:pPr>
              <w:rPr>
                <w:lang w:val="de-DE"/>
              </w:rPr>
            </w:pPr>
            <w:r w:rsidRPr="00961272">
              <w:rPr>
                <w:lang w:val="de-DE"/>
              </w:rPr>
              <w:t>Zuckerschoten</w:t>
            </w:r>
          </w:p>
        </w:tc>
        <w:tc>
          <w:tcPr>
            <w:tcW w:w="4314" w:type="dxa"/>
          </w:tcPr>
          <w:p w14:paraId="7BCA80D2" w14:textId="2337AD3C" w:rsidR="00844565" w:rsidRPr="00961272" w:rsidRDefault="00844565" w:rsidP="00844565">
            <w:pPr>
              <w:rPr>
                <w:lang w:val="de-DE"/>
              </w:rPr>
            </w:pPr>
            <w:r w:rsidRPr="00961272">
              <w:rPr>
                <w:lang w:val="de-DE"/>
              </w:rPr>
              <w:t>Kreuzkümmel</w:t>
            </w:r>
          </w:p>
        </w:tc>
      </w:tr>
      <w:tr w:rsidR="00844565" w:rsidRPr="00961272" w14:paraId="164B2047" w14:textId="77777777" w:rsidTr="00844565">
        <w:tc>
          <w:tcPr>
            <w:tcW w:w="4316" w:type="dxa"/>
          </w:tcPr>
          <w:p w14:paraId="4448861B" w14:textId="77777777" w:rsidR="00844565" w:rsidRPr="00961272" w:rsidRDefault="00844565" w:rsidP="00844565">
            <w:pPr>
              <w:rPr>
                <w:lang w:val="de-DE"/>
              </w:rPr>
            </w:pPr>
            <w:r w:rsidRPr="00961272">
              <w:rPr>
                <w:lang w:val="de-DE"/>
              </w:rPr>
              <w:t>Kokosmilch</w:t>
            </w:r>
          </w:p>
        </w:tc>
        <w:tc>
          <w:tcPr>
            <w:tcW w:w="4314" w:type="dxa"/>
          </w:tcPr>
          <w:p w14:paraId="2D4DA1F6" w14:textId="29FD900B" w:rsidR="00844565" w:rsidRPr="00961272" w:rsidRDefault="00844565" w:rsidP="00844565">
            <w:pPr>
              <w:rPr>
                <w:lang w:val="de-DE"/>
              </w:rPr>
            </w:pPr>
            <w:r w:rsidRPr="00961272">
              <w:rPr>
                <w:lang w:val="de-DE"/>
              </w:rPr>
              <w:t>Paprikapulver</w:t>
            </w:r>
          </w:p>
        </w:tc>
      </w:tr>
      <w:tr w:rsidR="00844565" w:rsidRPr="00961272" w14:paraId="1CD252B4" w14:textId="77777777" w:rsidTr="00844565">
        <w:tc>
          <w:tcPr>
            <w:tcW w:w="4316" w:type="dxa"/>
          </w:tcPr>
          <w:p w14:paraId="5B220953" w14:textId="77777777" w:rsidR="00844565" w:rsidRPr="00961272" w:rsidRDefault="00844565" w:rsidP="00844565">
            <w:pPr>
              <w:rPr>
                <w:lang w:val="de-DE"/>
              </w:rPr>
            </w:pPr>
            <w:r w:rsidRPr="00961272">
              <w:rPr>
                <w:lang w:val="de-DE"/>
              </w:rPr>
              <w:t>Tomatenmark</w:t>
            </w:r>
          </w:p>
        </w:tc>
        <w:tc>
          <w:tcPr>
            <w:tcW w:w="4314" w:type="dxa"/>
          </w:tcPr>
          <w:p w14:paraId="43CCA492" w14:textId="7F8BC724" w:rsidR="00844565" w:rsidRPr="00961272" w:rsidRDefault="00844565" w:rsidP="00844565">
            <w:pPr>
              <w:rPr>
                <w:lang w:val="de-DE"/>
              </w:rPr>
            </w:pPr>
            <w:r w:rsidRPr="00961272">
              <w:rPr>
                <w:lang w:val="de-DE"/>
              </w:rPr>
              <w:t>Currypulver</w:t>
            </w:r>
          </w:p>
        </w:tc>
      </w:tr>
      <w:tr w:rsidR="00844565" w:rsidRPr="00961272" w14:paraId="6B8F8855" w14:textId="77777777" w:rsidTr="00844565">
        <w:tc>
          <w:tcPr>
            <w:tcW w:w="4316" w:type="dxa"/>
          </w:tcPr>
          <w:p w14:paraId="4BBB78D0" w14:textId="77777777" w:rsidR="00844565" w:rsidRPr="00961272" w:rsidRDefault="00844565" w:rsidP="00844565">
            <w:pPr>
              <w:rPr>
                <w:lang w:val="de-DE"/>
              </w:rPr>
            </w:pPr>
            <w:r w:rsidRPr="00961272">
              <w:rPr>
                <w:lang w:val="de-DE"/>
              </w:rPr>
              <w:t>Erdnussbutter</w:t>
            </w:r>
          </w:p>
        </w:tc>
        <w:tc>
          <w:tcPr>
            <w:tcW w:w="4314" w:type="dxa"/>
          </w:tcPr>
          <w:p w14:paraId="7216B0F4" w14:textId="31AC6F55" w:rsidR="00844565" w:rsidRPr="00961272" w:rsidRDefault="00844565" w:rsidP="00844565">
            <w:pPr>
              <w:rPr>
                <w:lang w:val="de-DE"/>
              </w:rPr>
            </w:pPr>
          </w:p>
        </w:tc>
      </w:tr>
      <w:tr w:rsidR="00844565" w:rsidRPr="00961272" w14:paraId="16C41DEF" w14:textId="77777777" w:rsidTr="00844565">
        <w:tc>
          <w:tcPr>
            <w:tcW w:w="4316" w:type="dxa"/>
          </w:tcPr>
          <w:p w14:paraId="7C6E2348" w14:textId="41E86E86" w:rsidR="00844565" w:rsidRPr="00961272" w:rsidRDefault="00844565" w:rsidP="00844565">
            <w:pPr>
              <w:rPr>
                <w:lang w:val="de-DE"/>
              </w:rPr>
            </w:pPr>
            <w:r w:rsidRPr="00961272">
              <w:rPr>
                <w:lang w:val="de-DE"/>
              </w:rPr>
              <w:t>Zucchini</w:t>
            </w:r>
          </w:p>
        </w:tc>
        <w:tc>
          <w:tcPr>
            <w:tcW w:w="4314" w:type="dxa"/>
          </w:tcPr>
          <w:p w14:paraId="284C6B7B" w14:textId="3F37DDBB" w:rsidR="00844565" w:rsidRPr="00961272" w:rsidRDefault="00844565" w:rsidP="00844565">
            <w:pPr>
              <w:rPr>
                <w:lang w:val="de-DE"/>
              </w:rPr>
            </w:pPr>
          </w:p>
        </w:tc>
      </w:tr>
      <w:tr w:rsidR="00844565" w:rsidRPr="00961272" w14:paraId="797160C9" w14:textId="77777777" w:rsidTr="00844565">
        <w:tc>
          <w:tcPr>
            <w:tcW w:w="4316" w:type="dxa"/>
          </w:tcPr>
          <w:p w14:paraId="48A33851" w14:textId="0CE4EB31" w:rsidR="00844565" w:rsidRPr="00961272" w:rsidRDefault="00844565" w:rsidP="00844565">
            <w:pPr>
              <w:rPr>
                <w:lang w:val="de-DE"/>
              </w:rPr>
            </w:pPr>
            <w:r w:rsidRPr="00961272">
              <w:rPr>
                <w:lang w:val="de-DE"/>
              </w:rPr>
              <w:t>Möhren</w:t>
            </w:r>
          </w:p>
        </w:tc>
        <w:tc>
          <w:tcPr>
            <w:tcW w:w="4314" w:type="dxa"/>
          </w:tcPr>
          <w:p w14:paraId="38B456C4" w14:textId="5D421E35" w:rsidR="00844565" w:rsidRPr="00961272" w:rsidRDefault="00844565" w:rsidP="00844565">
            <w:pPr>
              <w:rPr>
                <w:lang w:val="de-DE"/>
              </w:rPr>
            </w:pPr>
          </w:p>
        </w:tc>
      </w:tr>
      <w:tr w:rsidR="00844565" w:rsidRPr="00961272" w14:paraId="4596E307" w14:textId="77777777" w:rsidTr="00844565">
        <w:tc>
          <w:tcPr>
            <w:tcW w:w="4316" w:type="dxa"/>
          </w:tcPr>
          <w:p w14:paraId="60593380" w14:textId="25E786D4" w:rsidR="00844565" w:rsidRPr="00961272" w:rsidRDefault="00844565" w:rsidP="00844565">
            <w:pPr>
              <w:rPr>
                <w:lang w:val="de-DE"/>
              </w:rPr>
            </w:pPr>
            <w:r w:rsidRPr="00961272">
              <w:rPr>
                <w:lang w:val="de-DE"/>
              </w:rPr>
              <w:t>Kichererbsen</w:t>
            </w:r>
          </w:p>
        </w:tc>
        <w:tc>
          <w:tcPr>
            <w:tcW w:w="4314" w:type="dxa"/>
          </w:tcPr>
          <w:p w14:paraId="591995DB" w14:textId="77777777" w:rsidR="00844565" w:rsidRPr="00961272" w:rsidRDefault="00844565" w:rsidP="00844565">
            <w:pPr>
              <w:rPr>
                <w:lang w:val="de-DE"/>
              </w:rPr>
            </w:pPr>
          </w:p>
        </w:tc>
      </w:tr>
    </w:tbl>
    <w:p w14:paraId="5433C6D8" w14:textId="77777777" w:rsidR="0018226E" w:rsidRPr="00961272" w:rsidRDefault="0018226E">
      <w:pPr>
        <w:rPr>
          <w:lang w:val="de-DE"/>
        </w:rPr>
      </w:pPr>
    </w:p>
    <w:p w14:paraId="4281E129" w14:textId="68C59BEB" w:rsidR="0018226E" w:rsidRPr="00961272" w:rsidRDefault="00961272">
      <w:pPr>
        <w:rPr>
          <w:lang w:val="de-DE"/>
        </w:rPr>
      </w:pPr>
      <w:r>
        <w:rPr>
          <w:lang w:val="de-DE"/>
        </w:rPr>
        <w:t xml:space="preserve">Backofen: </w:t>
      </w:r>
      <w:r w:rsidR="00000000" w:rsidRPr="00961272">
        <w:rPr>
          <w:lang w:val="de-DE"/>
        </w:rPr>
        <w:t>180</w:t>
      </w:r>
      <w:r>
        <w:rPr>
          <w:lang w:val="de-DE"/>
        </w:rPr>
        <w:t xml:space="preserve"> °C ca. 3</w:t>
      </w:r>
      <w:r w:rsidR="00000000" w:rsidRPr="00961272">
        <w:rPr>
          <w:lang w:val="de-DE"/>
        </w:rPr>
        <w:t>0–3</w:t>
      </w:r>
      <w:r>
        <w:rPr>
          <w:lang w:val="de-DE"/>
        </w:rPr>
        <w:t>5</w:t>
      </w:r>
      <w:r w:rsidR="00000000" w:rsidRPr="00961272">
        <w:rPr>
          <w:lang w:val="de-DE"/>
        </w:rPr>
        <w:t xml:space="preserve"> Min</w:t>
      </w:r>
      <w:r>
        <w:rPr>
          <w:lang w:val="de-DE"/>
        </w:rPr>
        <w:t>uten</w:t>
      </w:r>
    </w:p>
    <w:sectPr w:rsidR="0018226E" w:rsidRPr="00961272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32153816">
    <w:abstractNumId w:val="8"/>
  </w:num>
  <w:num w:numId="2" w16cid:durableId="272900703">
    <w:abstractNumId w:val="6"/>
  </w:num>
  <w:num w:numId="3" w16cid:durableId="1115828782">
    <w:abstractNumId w:val="5"/>
  </w:num>
  <w:num w:numId="4" w16cid:durableId="528180925">
    <w:abstractNumId w:val="4"/>
  </w:num>
  <w:num w:numId="5" w16cid:durableId="994188720">
    <w:abstractNumId w:val="7"/>
  </w:num>
  <w:num w:numId="6" w16cid:durableId="666245878">
    <w:abstractNumId w:val="3"/>
  </w:num>
  <w:num w:numId="7" w16cid:durableId="1486629488">
    <w:abstractNumId w:val="2"/>
  </w:num>
  <w:num w:numId="8" w16cid:durableId="412359604">
    <w:abstractNumId w:val="1"/>
  </w:num>
  <w:num w:numId="9" w16cid:durableId="1194072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F77BC"/>
    <w:rsid w:val="0015074B"/>
    <w:rsid w:val="0018226E"/>
    <w:rsid w:val="0029639D"/>
    <w:rsid w:val="00326F90"/>
    <w:rsid w:val="00844565"/>
    <w:rsid w:val="00961272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CFBAF4"/>
  <w14:defaultImageDpi w14:val="300"/>
  <w15:docId w15:val="{2D1A9E4D-2B19-42C5-A347-9608D9A81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93F"/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183</Characters>
  <Application>Microsoft Office Word</Application>
  <DocSecurity>0</DocSecurity>
  <Lines>22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Ralf Brauer</cp:lastModifiedBy>
  <cp:revision>3</cp:revision>
  <cp:lastPrinted>2026-03-08T11:18:00Z</cp:lastPrinted>
  <dcterms:created xsi:type="dcterms:W3CDTF">2026-03-08T11:18:00Z</dcterms:created>
  <dcterms:modified xsi:type="dcterms:W3CDTF">2026-03-08T17:57:00Z</dcterms:modified>
  <cp:category/>
</cp:coreProperties>
</file>